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Noto Sans CJK JP" w:hAnsi="Noto Sans CJK JP" w:eastAsia="Noto Sans CJK JP"/>
          <w:b/>
          <w:color w:val="0E5AA7"/>
          <w:sz w:val="48"/>
        </w:rPr>
        <w:t>ChatGPTにExcel自動化を依頼するときの</w:t>
        <w:br/>
        <w:t>指示テンプレート</w:t>
      </w:r>
    </w:p>
    <w:p>
      <w:pPr>
        <w:jc w:val="center"/>
      </w:pPr>
      <w:r>
        <w:rPr>
          <w:b/>
          <w:color w:val="009688"/>
          <w:sz w:val="24"/>
        </w:rPr>
        <w:t>Excel・VBA初心者でも、そのまま使える無料サンプル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092"/>
            <w:shd w:fill="EAF4FF"/>
            <w:tcBorders>
              <w:top w:val="single" w:sz="8" w:color="9EC5FE"/>
              <w:left w:val="single" w:sz="8" w:color="9EC5FE"/>
              <w:bottom w:val="single" w:sz="8" w:color="9EC5FE"/>
              <w:right w:val="single" w:sz="8" w:color="9EC5FE"/>
            </w:tcBorders>
          </w:tcPr>
          <w:p>
            <w:pPr>
              <w:jc w:val="left"/>
            </w:pPr>
            <w:r>
              <w:rPr>
                <w:b/>
                <w:color w:val="0E5AA7"/>
              </w:rPr>
              <w:t>使い方：</w:t>
            </w:r>
            <w:r>
              <w:t xml:space="preserve"> 下の【　】を自分の作業内容に書き換えて、そのままChatGPTへ貼り付けて使います。</w:t>
            </w:r>
          </w:p>
        </w:tc>
      </w:tr>
    </w:tbl>
    <w:p>
      <w:pPr>
        <w:pStyle w:val="Heading1"/>
      </w:pPr>
      <w:r>
        <w:t>まず伝える5つのポイント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21"/>
        <w:gridCol w:w="7143"/>
      </w:tblGrid>
      <w:tr>
        <w:tc>
          <w:tcPr>
            <w:tcW w:type="dxa" w:w="5046"/>
            <w:vAlign w:val="center"/>
            <w:shd w:fill="0E5AA7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</w:tcBorders>
          </w:tcPr>
          <w:p>
            <w:r>
              <w:rPr>
                <w:b/>
                <w:color w:val="FFFFFF"/>
                <w:sz w:val="19"/>
              </w:rPr>
              <w:t>1. 現在の作業</w:t>
            </w:r>
          </w:p>
        </w:tc>
        <w:tc>
          <w:tcPr>
            <w:tcW w:type="dxa" w:w="5046"/>
            <w:vAlign w:val="center"/>
            <w:shd w:fill="F7FAFC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</w:tcBorders>
          </w:tcPr>
          <w:p>
            <w:r>
              <w:rPr>
                <w:sz w:val="19"/>
              </w:rPr>
              <w:t>今、人がどんな順番で作業しているか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21"/>
        <w:gridCol w:w="7143"/>
      </w:tblGrid>
      <w:tr>
        <w:tc>
          <w:tcPr>
            <w:tcW w:type="dxa" w:w="5046"/>
            <w:vAlign w:val="center"/>
            <w:shd w:fill="0E5AA7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</w:tcBorders>
          </w:tcPr>
          <w:p>
            <w:r>
              <w:rPr>
                <w:b/>
                <w:color w:val="FFFFFF"/>
                <w:sz w:val="19"/>
              </w:rPr>
              <w:t>2. 入力元</w:t>
            </w:r>
          </w:p>
        </w:tc>
        <w:tc>
          <w:tcPr>
            <w:tcW w:type="dxa" w:w="5046"/>
            <w:vAlign w:val="center"/>
            <w:shd w:fill="F7FAFC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</w:tcBorders>
          </w:tcPr>
          <w:p>
            <w:r>
              <w:rPr>
                <w:sz w:val="19"/>
              </w:rPr>
              <w:t>PDF・Excel・CSV・メールなど、元になるデータ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21"/>
        <w:gridCol w:w="7143"/>
      </w:tblGrid>
      <w:tr>
        <w:tc>
          <w:tcPr>
            <w:tcW w:type="dxa" w:w="5046"/>
            <w:vAlign w:val="center"/>
            <w:shd w:fill="0E5AA7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</w:tcBorders>
          </w:tcPr>
          <w:p>
            <w:r>
              <w:rPr>
                <w:b/>
                <w:color w:val="FFFFFF"/>
                <w:sz w:val="19"/>
              </w:rPr>
              <w:t>3. 出力先</w:t>
            </w:r>
          </w:p>
        </w:tc>
        <w:tc>
          <w:tcPr>
            <w:tcW w:type="dxa" w:w="5046"/>
            <w:vAlign w:val="center"/>
            <w:shd w:fill="F7FAFC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</w:tcBorders>
          </w:tcPr>
          <w:p>
            <w:r>
              <w:rPr>
                <w:sz w:val="19"/>
              </w:rPr>
              <w:t>どのシート・セル・ファイルへ入れたいか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21"/>
        <w:gridCol w:w="7143"/>
      </w:tblGrid>
      <w:tr>
        <w:tc>
          <w:tcPr>
            <w:tcW w:type="dxa" w:w="5046"/>
            <w:vAlign w:val="center"/>
            <w:shd w:fill="0E5AA7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</w:tcBorders>
          </w:tcPr>
          <w:p>
            <w:r>
              <w:rPr>
                <w:b/>
                <w:color w:val="FFFFFF"/>
                <w:sz w:val="19"/>
              </w:rPr>
              <w:t>4. ルール</w:t>
            </w:r>
          </w:p>
        </w:tc>
        <w:tc>
          <w:tcPr>
            <w:tcW w:type="dxa" w:w="5046"/>
            <w:vAlign w:val="center"/>
            <w:shd w:fill="F7FAFC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</w:tcBorders>
          </w:tcPr>
          <w:p>
            <w:r>
              <w:rPr>
                <w:sz w:val="19"/>
              </w:rPr>
              <w:t>連番、ファイル名、保存先、例外処理など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21"/>
        <w:gridCol w:w="7143"/>
      </w:tblGrid>
      <w:tr>
        <w:tc>
          <w:tcPr>
            <w:tcW w:type="dxa" w:w="5046"/>
            <w:vAlign w:val="center"/>
            <w:shd w:fill="0E5AA7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</w:tcBorders>
          </w:tcPr>
          <w:p>
            <w:r>
              <w:rPr>
                <w:b/>
                <w:color w:val="FFFFFF"/>
                <w:sz w:val="19"/>
              </w:rPr>
              <w:t>5. 完成イメージ</w:t>
            </w:r>
          </w:p>
        </w:tc>
        <w:tc>
          <w:tcPr>
            <w:tcW w:type="dxa" w:w="5046"/>
            <w:vAlign w:val="center"/>
            <w:shd w:fill="F7FAFC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</w:tcBorders>
          </w:tcPr>
          <w:p>
            <w:r>
              <w:rPr>
                <w:sz w:val="19"/>
              </w:rPr>
              <w:t>最終的に何を自動で終わらせたいか</w:t>
            </w:r>
          </w:p>
        </w:tc>
      </w:tr>
    </w:tbl>
    <w:p>
      <w:pPr>
        <w:jc w:val="center"/>
      </w:pPr>
      <w:r>
        <w:rPr>
          <w:b/>
          <w:color w:val="007864"/>
          <w:sz w:val="21"/>
        </w:rPr>
        <w:t>ポイント：VBAの専門用語より、「今何をしていて、どうしたいか」を具体的に書くことが大切です。</w:t>
      </w:r>
    </w:p>
    <w:p>
      <w:r>
        <w:br w:type="page"/>
      </w:r>
    </w:p>
    <w:p>
      <w:pPr>
        <w:pStyle w:val="Heading1"/>
      </w:pPr>
      <w:r>
        <w:t>書き込み式テンプレート</w:t>
      </w:r>
    </w:p>
    <w:p>
      <w:r>
        <w:rPr>
          <w:sz w:val="21"/>
        </w:rPr>
        <w:t>【　】の部分を書き換えて、ChatGPTへ貼り付けてください。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092"/>
            <w:shd w:fill="F8FBFF"/>
            <w:tcBorders>
              <w:top w:val="single" w:sz="8" w:color="B7D5F5"/>
              <w:left w:val="single" w:sz="8" w:color="B7D5F5"/>
              <w:bottom w:val="single" w:sz="8" w:color="B7D5F5"/>
              <w:right w:val="single" w:sz="8" w:color="B7D5F5"/>
            </w:tcBorders>
          </w:tcPr>
          <w:p>
            <w:r>
              <w:rPr>
                <w:b/>
                <w:color w:val="0E5AA7"/>
                <w:sz w:val="22"/>
              </w:rPr>
              <w:t>1. 自動化したい作業</w:t>
            </w:r>
          </w:p>
          <w:p>
            <w:pPr>
              <w:spacing w:after="30"/>
            </w:pPr>
            <w:r>
              <w:rPr>
                <w:sz w:val="18"/>
              </w:rPr>
              <w:t>現在は【　　　　　　　　　　　　　　　　】を手作業で行っています。</w:t>
            </w:r>
          </w:p>
          <w:p>
            <w:pPr>
              <w:spacing w:after="30"/>
            </w:pPr>
            <w:r>
              <w:rPr>
                <w:sz w:val="18"/>
              </w:rPr>
              <w:t>この作業をExcel VBAで自動化したいです。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092"/>
            <w:shd w:fill="F8FBFF"/>
            <w:tcBorders>
              <w:top w:val="single" w:sz="8" w:color="B7D5F5"/>
              <w:left w:val="single" w:sz="8" w:color="B7D5F5"/>
              <w:bottom w:val="single" w:sz="8" w:color="B7D5F5"/>
              <w:right w:val="single" w:sz="8" w:color="B7D5F5"/>
            </w:tcBorders>
          </w:tcPr>
          <w:p>
            <w:r>
              <w:rPr>
                <w:b/>
                <w:color w:val="0E5AA7"/>
                <w:sz w:val="22"/>
              </w:rPr>
              <w:t>2. 使用しているExcel</w:t>
            </w:r>
          </w:p>
          <w:p>
            <w:pPr>
              <w:spacing w:after="30"/>
            </w:pPr>
            <w:r>
              <w:rPr>
                <w:sz w:val="18"/>
              </w:rPr>
              <w:t>ファイル形式：【 .xlsm / .xlsx など 】</w:t>
            </w:r>
          </w:p>
          <w:p>
            <w:pPr>
              <w:spacing w:after="30"/>
            </w:pPr>
            <w:r>
              <w:rPr>
                <w:sz w:val="18"/>
              </w:rPr>
              <w:t>シート名：【　　　　　　　　　　　　】</w:t>
            </w:r>
          </w:p>
          <w:p>
            <w:pPr>
              <w:spacing w:after="30"/>
            </w:pPr>
            <w:r>
              <w:rPr>
                <w:sz w:val="18"/>
              </w:rPr>
              <w:t>入力するセル：【　　　　　　　　　　】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092"/>
            <w:shd w:fill="F8FBFF"/>
            <w:tcBorders>
              <w:top w:val="single" w:sz="8" w:color="B7D5F5"/>
              <w:left w:val="single" w:sz="8" w:color="B7D5F5"/>
              <w:bottom w:val="single" w:sz="8" w:color="B7D5F5"/>
              <w:right w:val="single" w:sz="8" w:color="B7D5F5"/>
            </w:tcBorders>
          </w:tcPr>
          <w:p>
            <w:r>
              <w:rPr>
                <w:b/>
                <w:color w:val="0E5AA7"/>
                <w:sz w:val="22"/>
              </w:rPr>
              <w:t>3. 入力データ</w:t>
            </w:r>
          </w:p>
          <w:p>
            <w:pPr>
              <w:spacing w:after="30"/>
            </w:pPr>
            <w:r>
              <w:rPr>
                <w:sz w:val="18"/>
              </w:rPr>
              <w:t>入力元：【 PDF / Excel / CSV / その他 】</w:t>
            </w:r>
          </w:p>
          <w:p>
            <w:pPr>
              <w:spacing w:after="30"/>
            </w:pPr>
            <w:r>
              <w:rPr>
                <w:sz w:val="18"/>
              </w:rPr>
              <w:t>取得したい情報：【　　　　　　　　　】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092"/>
            <w:shd w:fill="F8FBFF"/>
            <w:tcBorders>
              <w:top w:val="single" w:sz="8" w:color="B7D5F5"/>
              <w:left w:val="single" w:sz="8" w:color="B7D5F5"/>
              <w:bottom w:val="single" w:sz="8" w:color="B7D5F5"/>
              <w:right w:val="single" w:sz="8" w:color="B7D5F5"/>
            </w:tcBorders>
          </w:tcPr>
          <w:p>
            <w:r>
              <w:rPr>
                <w:b/>
                <w:color w:val="0E5AA7"/>
                <w:sz w:val="22"/>
              </w:rPr>
              <w:t>4. 自動化したい処理</w:t>
            </w:r>
          </w:p>
          <w:p>
            <w:pPr>
              <w:spacing w:after="30"/>
            </w:pPr>
            <w:r>
              <w:rPr>
                <w:sz w:val="18"/>
              </w:rPr>
              <w:t>1.【　　　　　　　　　　　　　　　　】</w:t>
            </w:r>
          </w:p>
          <w:p>
            <w:pPr>
              <w:spacing w:after="30"/>
            </w:pPr>
            <w:r>
              <w:rPr>
                <w:sz w:val="18"/>
              </w:rPr>
              <w:t>2.【　　　　　　　　　　　　　　　　】</w:t>
            </w:r>
          </w:p>
          <w:p>
            <w:pPr>
              <w:spacing w:after="30"/>
            </w:pPr>
            <w:r>
              <w:rPr>
                <w:sz w:val="18"/>
              </w:rPr>
              <w:t>3.【　　　　　　　　　　　　　　　　】</w:t>
            </w:r>
          </w:p>
          <w:p>
            <w:pPr>
              <w:spacing w:after="30"/>
            </w:pPr>
            <w:r>
              <w:rPr>
                <w:sz w:val="18"/>
              </w:rPr>
              <w:t>4.【　　　　　　　　　　　　　　　　】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092"/>
            <w:shd w:fill="F8FBFF"/>
            <w:tcBorders>
              <w:top w:val="single" w:sz="8" w:color="B7D5F5"/>
              <w:left w:val="single" w:sz="8" w:color="B7D5F5"/>
              <w:bottom w:val="single" w:sz="8" w:color="B7D5F5"/>
              <w:right w:val="single" w:sz="8" w:color="B7D5F5"/>
            </w:tcBorders>
          </w:tcPr>
          <w:p>
            <w:r>
              <w:rPr>
                <w:b/>
                <w:color w:val="0E5AA7"/>
                <w:sz w:val="22"/>
              </w:rPr>
              <w:t>5. 保存ルール</w:t>
            </w:r>
          </w:p>
          <w:p>
            <w:pPr>
              <w:spacing w:after="30"/>
            </w:pPr>
            <w:r>
              <w:rPr>
                <w:sz w:val="18"/>
              </w:rPr>
              <w:t>保存形式：【 Excel / PDF / CSV など 】</w:t>
            </w:r>
          </w:p>
          <w:p>
            <w:pPr>
              <w:spacing w:after="30"/>
            </w:pPr>
            <w:r>
              <w:rPr>
                <w:sz w:val="18"/>
              </w:rPr>
              <w:t>ファイル名：【　　　　　　　　　　　】</w:t>
            </w:r>
          </w:p>
          <w:p>
            <w:pPr>
              <w:spacing w:after="30"/>
            </w:pPr>
            <w:r>
              <w:rPr>
                <w:sz w:val="18"/>
              </w:rPr>
              <w:t>保存先：【　　　　　　　　　　　　　】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092"/>
            <w:shd w:fill="F8FBFF"/>
            <w:tcBorders>
              <w:top w:val="single" w:sz="8" w:color="B7D5F5"/>
              <w:left w:val="single" w:sz="8" w:color="B7D5F5"/>
              <w:bottom w:val="single" w:sz="8" w:color="B7D5F5"/>
              <w:right w:val="single" w:sz="8" w:color="B7D5F5"/>
            </w:tcBorders>
          </w:tcPr>
          <w:p>
            <w:r>
              <w:rPr>
                <w:b/>
                <w:color w:val="0E5AA7"/>
                <w:sz w:val="22"/>
              </w:rPr>
              <w:t>6. 例外条件・エラー処理</w:t>
            </w:r>
          </w:p>
          <w:p>
            <w:pPr>
              <w:spacing w:after="30"/>
            </w:pPr>
            <w:r>
              <w:rPr>
                <w:sz w:val="18"/>
              </w:rPr>
              <w:t>例外条件：【　　　　　　　　　　　　】</w:t>
            </w:r>
          </w:p>
          <w:p>
            <w:pPr>
              <w:spacing w:after="30"/>
            </w:pPr>
            <w:r>
              <w:rPr>
                <w:sz w:val="18"/>
              </w:rPr>
              <w:t>エラー時：【分かりやすいメッセージを表示する】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そのまま使える短い依頼文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092"/>
            <w:shd w:fill="F4F7FA"/>
            <w:tcBorders>
              <w:top w:val="single" w:sz="8" w:color="BFC9D4"/>
              <w:left w:val="single" w:sz="8" w:color="BFC9D4"/>
              <w:bottom w:val="single" w:sz="8" w:color="BFC9D4"/>
              <w:right w:val="single" w:sz="8" w:color="BFC9D4"/>
            </w:tcBorders>
          </w:tcPr>
          <w:p>
            <w:r>
              <w:rPr>
                <w:rFonts w:ascii="Noto Sans CJK JP" w:hAnsi="Noto Sans CJK JP" w:eastAsia="Noto Sans CJK JP"/>
                <w:sz w:val="19"/>
              </w:rPr>
              <w:t>Excel VBAで次の作業を自動化したいです。</w:t>
              <w:br/>
              <w:br/>
              <w:t>現在の作業：</w:t>
              <w:br/>
              <w:t>【現在行っている作業】</w:t>
              <w:br/>
              <w:br/>
              <w:t>入力元：</w:t>
              <w:br/>
              <w:t>【PDF、Excel、CSVなど】</w:t>
              <w:br/>
              <w:br/>
              <w:t>出力先：</w:t>
              <w:br/>
              <w:t>【シート名・セルなど】</w:t>
              <w:br/>
              <w:br/>
              <w:t>自動化したい処理：</w:t>
              <w:br/>
              <w:t>【処理内容を順番に記載】</w:t>
              <w:br/>
              <w:br/>
              <w:t>保存方法：</w:t>
              <w:br/>
              <w:t>【Excel保存・PDF保存など】</w:t>
              <w:br/>
              <w:br/>
              <w:t>特別なルール：</w:t>
              <w:br/>
              <w:t>【連番、ファイル名、例外条件など】</w:t>
              <w:br/>
              <w:br/>
              <w:t>私はVBA初心者です。</w:t>
              <w:br/>
              <w:t>完成したVBAコードと、どこへ貼り付けるか、設定方法、実行方法まで順番に説明してください。</w:t>
              <w:br/>
              <w:t>不足している情報があれば、コード作成前に教えてください。</w:t>
            </w:r>
          </w:p>
        </w:tc>
      </w:tr>
    </w:tbl>
    <w:p>
      <w:pPr>
        <w:pStyle w:val="Heading2"/>
      </w:pPr>
      <w:r>
        <w:t>実際の納品書自動化の依頼例</w:t>
      </w:r>
    </w:p>
    <w:p>
      <w:pPr>
        <w:spacing w:after="120"/>
      </w:pPr>
      <w:r>
        <w:rPr>
          <w:sz w:val="19"/>
        </w:rPr>
        <w:t>Excel VBAを使って、PDF注文書から納品書を自動作成したいです。Excelのボタンを押すとPDF注文書を選択できるようにし、注文番号・品番・数量・単価・金額・納期を取得してください。「納品書フォーマット」シートをコピーして指定セルへ入力し、納品書番号は年月＋連番（例：2609-01）で作成してください。完成後は指定範囲だけをPDF保存し、読み取れない項目がある場合は処理を続けず、分かりやすいメッセージを表示してください。私はVBA初心者なので、完成版コードと、貼り付け場所・ボタン登録・動作確認まで順番に説明してください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092"/>
            <w:shd w:fill="FFF4D6"/>
            <w:tcBorders>
              <w:top w:val="single" w:sz="8" w:color="E3B341"/>
              <w:left w:val="single" w:sz="8" w:color="E3B341"/>
              <w:bottom w:val="single" w:sz="8" w:color="E3B341"/>
              <w:right w:val="single" w:sz="8" w:color="E3B341"/>
            </w:tcBorders>
          </w:tcPr>
          <w:p>
            <w:r>
              <w:rPr>
                <w:b/>
                <w:color w:val="B46E00"/>
              </w:rPr>
              <w:t>注意：</w:t>
            </w:r>
            <w:r>
              <w:t>会社名、取引先名、担当者名、金額などの機密情報を含む場合は、会社の情報管理ルールを確認し、必要に応じてサンプルデータへ置き換えてください。</w:t>
            </w:r>
          </w:p>
        </w:tc>
      </w:tr>
    </w:tbl>
    <w:p>
      <w:pPr>
        <w:jc w:val="center"/>
      </w:pPr>
      <w:r>
        <w:rPr>
          <w:b/>
          <w:color w:val="0E5AA7"/>
          <w:sz w:val="19"/>
        </w:rPr>
        <w:t>じぇねごPaPaの子育て日記  |  https://jenego.com/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87878"/>
        <w:sz w:val="16"/>
      </w:rPr>
      <w:t>ChatGPTにExcel自動化を依頼するときの指示テンプレート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Noto Sans CJK JP" w:hAnsi="Noto Sans CJK JP" w:eastAsia="Noto Sans CJK JP"/>
        <w:color w:val="646464"/>
        <w:sz w:val="16"/>
      </w:rPr>
      <w:t>じぇねごPaPaの子育て日記  |  無料テンプレート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76" w:lineRule="auto"/>
    </w:pPr>
    <w:rPr>
      <w:rFonts w:ascii="Noto Sans CJK JP" w:hAnsi="Noto Sans CJK JP" w:eastAsia="Noto Sans CJK JP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JP" w:hAnsi="Noto Sans CJK JP" w:eastAsia="Noto Sans CJK JP"/>
      <w:b/>
      <w:bCs/>
      <w:color w:val="0E5AA7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JP" w:hAnsi="Noto Sans CJK JP" w:eastAsia="Noto Sans CJK JP"/>
      <w:b/>
      <w:bCs/>
      <w:color w:val="0E5AA7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JP" w:hAnsi="Noto Sans CJK JP" w:eastAsia="Noto Sans CJK JP"/>
      <w:b/>
      <w:color w:val="0E5AA7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ChatGPTにExcel自動化を依頼するときの指示テンプレート</dc:title>
  <dc:subject>Excel VBA自動化 指示テンプレート</dc:subject>
  <dc:creator>じぇねごPaPaの子育て日記</dc:creator>
  <cp:keywords>ChatGPT, Excel, VBA, 自動化, テンプレート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